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1. What is the capital of France?</w:t>
      </w:r>
    </w:p>
    <w:p>
      <w:r>
        <w:t>a) Paris</w:t>
      </w:r>
    </w:p>
    <w:p>
      <w:r>
        <w:t>b) Lyon</w:t>
      </w:r>
    </w:p>
    <w:p>
      <w:r>
        <w:t>c) Marseille</w:t>
      </w:r>
    </w:p>
    <w:p>
      <w:r>
        <w:t>d) Nice</w:t>
      </w:r>
    </w:p>
    <w:p>
      <w:r>
        <w:t>Answer: A</w:t>
      </w:r>
    </w:p>
    <w:p>
      <w:r>
        <w:t>Explanation: Paris has been the capital since 987.</w:t>
      </w:r>
    </w:p>
    <w:p/>
    <w:p>
      <w:r>
        <w:t>2. Which planet is known as the Red Planet?</w:t>
      </w:r>
    </w:p>
    <w:p>
      <w:r>
        <w:t>a) Venus</w:t>
      </w:r>
    </w:p>
    <w:p>
      <w:r>
        <w:t>b) Mars</w:t>
      </w:r>
    </w:p>
    <w:p>
      <w:r>
        <w:t>c) Jupiter</w:t>
      </w:r>
    </w:p>
    <w:p>
      <w:r>
        <w:t>d) Mercury</w:t>
      </w:r>
    </w:p>
    <w:p>
      <w:r>
        <w:t>Answer: B</w:t>
      </w:r>
    </w:p>
    <w:p>
      <w:r>
        <w:t>Explanation: Iron oxide gives Mars its colour.</w:t>
      </w:r>
    </w:p>
    <w:p/>
    <w:p>
      <w:r>
        <w:t>3. Which gas do plants absorb during photosynthesis?</w:t>
      </w:r>
    </w:p>
    <w:p>
      <w:r>
        <w:t>a) Oxygen</w:t>
      </w:r>
    </w:p>
    <w:p>
      <w:r>
        <w:t>b) Nitrogen</w:t>
      </w:r>
    </w:p>
    <w:p>
      <w:r>
        <w:t>c) Carbon dioxide</w:t>
      </w:r>
    </w:p>
    <w:p>
      <w:r>
        <w:t>d) Hydrogen</w:t>
      </w:r>
    </w:p>
    <w:p>
      <w:r>
        <w:t>Answer: C</w:t>
      </w:r>
    </w:p>
    <w:p/>
    <w:p>
      <w:r>
        <w:t>4. Water boils at 100 degrees Celsius at sea level.</w:t>
      </w:r>
    </w:p>
    <w:p>
      <w:r>
        <w:t>a) True</w:t>
      </w:r>
    </w:p>
    <w:p>
      <w:r>
        <w:t>b) False</w:t>
      </w:r>
    </w:p>
    <w:p>
      <w:r>
        <w:t>Answer: A</w:t>
      </w:r>
    </w:p>
    <w:p/>
    <w:p>
      <w:r>
        <w:t>5. Who wrote 'Romeo and Juliet'?</w:t>
      </w:r>
    </w:p>
    <w:p>
      <w:r>
        <w:t>a) Charles Dickens</w:t>
      </w:r>
    </w:p>
    <w:p>
      <w:r>
        <w:t>b) William Shakespeare</w:t>
      </w:r>
    </w:p>
    <w:p>
      <w:r>
        <w:t>c) Jane Austen</w:t>
      </w:r>
    </w:p>
    <w:p>
      <w:r>
        <w:t>d) Mark Twain</w:t>
      </w:r>
    </w:p>
    <w:p>
      <w:r>
        <w:t>Answer: B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